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79497" w14:textId="77777777" w:rsidR="00DB3FBE" w:rsidRDefault="00000000">
      <w:pPr>
        <w:spacing w:after="40"/>
        <w:jc w:val="center"/>
        <w:rPr>
          <w:lang w:eastAsia="zh-TW"/>
        </w:rPr>
      </w:pPr>
      <w:r>
        <w:rPr>
          <w:rFonts w:ascii="標楷體" w:eastAsia="標楷體" w:hAnsi="標楷體"/>
          <w:b/>
          <w:sz w:val="36"/>
          <w:lang w:eastAsia="zh-TW"/>
        </w:rPr>
        <w:t>樹德科技大學</w:t>
      </w:r>
    </w:p>
    <w:p w14:paraId="420C649C" w14:textId="7E86940B" w:rsidR="00DB3FBE" w:rsidRDefault="00000000">
      <w:pPr>
        <w:spacing w:after="120"/>
        <w:jc w:val="center"/>
        <w:rPr>
          <w:lang w:eastAsia="zh-TW"/>
        </w:rPr>
      </w:pPr>
      <w:r>
        <w:rPr>
          <w:rFonts w:ascii="標楷體" w:eastAsia="標楷體" w:hAnsi="標楷體"/>
          <w:b/>
          <w:sz w:val="32"/>
          <w:lang w:eastAsia="zh-TW"/>
        </w:rPr>
        <w:t>產官學</w:t>
      </w:r>
      <w:proofErr w:type="gramStart"/>
      <w:r>
        <w:rPr>
          <w:rFonts w:ascii="標楷體" w:eastAsia="標楷體" w:hAnsi="標楷體"/>
          <w:b/>
          <w:sz w:val="32"/>
          <w:lang w:eastAsia="zh-TW"/>
        </w:rPr>
        <w:t>研</w:t>
      </w:r>
      <w:proofErr w:type="gramEnd"/>
      <w:r>
        <w:rPr>
          <w:rFonts w:ascii="標楷體" w:eastAsia="標楷體" w:hAnsi="標楷體"/>
          <w:b/>
          <w:sz w:val="32"/>
          <w:lang w:eastAsia="zh-TW"/>
        </w:rPr>
        <w:t>計畫助理人員出差申請單</w:t>
      </w:r>
    </w:p>
    <w:tbl>
      <w:tblPr>
        <w:tblW w:w="512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0"/>
        <w:gridCol w:w="2183"/>
        <w:gridCol w:w="1134"/>
        <w:gridCol w:w="425"/>
        <w:gridCol w:w="1239"/>
        <w:gridCol w:w="1029"/>
        <w:gridCol w:w="1701"/>
      </w:tblGrid>
      <w:tr w:rsidR="00DB3FBE" w14:paraId="29387592" w14:textId="77777777" w:rsidTr="00B02802">
        <w:trPr>
          <w:trHeight w:val="510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707C82F8" w14:textId="77777777" w:rsidR="00DB3FBE" w:rsidRPr="005F5D01" w:rsidRDefault="00000000">
            <w:pPr>
              <w:spacing w:before="20" w:after="20" w:line="360" w:lineRule="exact"/>
              <w:jc w:val="center"/>
              <w:rPr>
                <w:sz w:val="24"/>
                <w:szCs w:val="24"/>
              </w:rPr>
            </w:pPr>
            <w:proofErr w:type="spellStart"/>
            <w:r w:rsidRPr="005F5D01">
              <w:rPr>
                <w:rFonts w:ascii="標楷體" w:eastAsia="標楷體" w:hAnsi="標楷體"/>
                <w:b/>
                <w:sz w:val="24"/>
                <w:szCs w:val="24"/>
              </w:rPr>
              <w:t>計畫類別</w:t>
            </w:r>
            <w:proofErr w:type="spellEnd"/>
          </w:p>
        </w:tc>
        <w:tc>
          <w:tcPr>
            <w:tcW w:w="7711" w:type="dxa"/>
            <w:gridSpan w:val="6"/>
            <w:vAlign w:val="center"/>
          </w:tcPr>
          <w:p w14:paraId="73B95D2D" w14:textId="551A39F4" w:rsidR="00DB3FBE" w:rsidRPr="005F5D01" w:rsidRDefault="00000000">
            <w:pPr>
              <w:spacing w:before="20" w:after="20" w:line="360" w:lineRule="exact"/>
              <w:rPr>
                <w:sz w:val="24"/>
                <w:szCs w:val="24"/>
                <w:lang w:eastAsia="zh-TW"/>
              </w:rPr>
            </w:pP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□產學合作  □國科會  □教育部  □其他__________</w:t>
            </w:r>
          </w:p>
        </w:tc>
      </w:tr>
      <w:tr w:rsidR="00DB3FBE" w14:paraId="7A2042BA" w14:textId="77777777" w:rsidTr="00B02802">
        <w:trPr>
          <w:trHeight w:val="711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76031D01" w14:textId="77777777" w:rsidR="00DB3FBE" w:rsidRPr="005F5D01" w:rsidRDefault="00000000">
            <w:pPr>
              <w:spacing w:before="20" w:after="20" w:line="360" w:lineRule="exact"/>
              <w:jc w:val="center"/>
              <w:rPr>
                <w:sz w:val="24"/>
                <w:szCs w:val="24"/>
              </w:rPr>
            </w:pPr>
            <w:proofErr w:type="spellStart"/>
            <w:r w:rsidRPr="005F5D01">
              <w:rPr>
                <w:rFonts w:ascii="標楷體" w:eastAsia="標楷體" w:hAnsi="標楷體"/>
                <w:b/>
                <w:sz w:val="24"/>
                <w:szCs w:val="24"/>
              </w:rPr>
              <w:t>出差類型</w:t>
            </w:r>
            <w:proofErr w:type="spellEnd"/>
          </w:p>
        </w:tc>
        <w:tc>
          <w:tcPr>
            <w:tcW w:w="7711" w:type="dxa"/>
            <w:gridSpan w:val="6"/>
            <w:vAlign w:val="center"/>
          </w:tcPr>
          <w:p w14:paraId="707CADB1" w14:textId="6618C9D2" w:rsidR="00DB3FBE" w:rsidRPr="005F5D01" w:rsidRDefault="00000000">
            <w:pPr>
              <w:spacing w:before="20" w:after="20" w:line="360" w:lineRule="exact"/>
              <w:rPr>
                <w:sz w:val="24"/>
                <w:szCs w:val="24"/>
                <w:lang w:eastAsia="zh-TW"/>
              </w:rPr>
            </w:pP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□單次出差  □週期性出差（請附「出差行程明細表」）</w:t>
            </w:r>
          </w:p>
        </w:tc>
      </w:tr>
      <w:tr w:rsidR="00B02802" w14:paraId="782112FB" w14:textId="77777777" w:rsidTr="00B02802">
        <w:trPr>
          <w:trHeight w:val="850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42ACDB45" w14:textId="77777777" w:rsidR="00DB3FBE" w:rsidRPr="005F5D01" w:rsidRDefault="00000000">
            <w:pPr>
              <w:spacing w:before="20" w:after="20" w:line="360" w:lineRule="exact"/>
              <w:jc w:val="center"/>
            </w:pPr>
            <w:proofErr w:type="spellStart"/>
            <w:r w:rsidRPr="005F5D01">
              <w:rPr>
                <w:rFonts w:ascii="標楷體" w:eastAsia="標楷體" w:hAnsi="標楷體"/>
                <w:b/>
                <w:sz w:val="24"/>
              </w:rPr>
              <w:t>執行單位</w:t>
            </w:r>
            <w:proofErr w:type="spellEnd"/>
          </w:p>
        </w:tc>
        <w:tc>
          <w:tcPr>
            <w:tcW w:w="2183" w:type="dxa"/>
            <w:vAlign w:val="center"/>
          </w:tcPr>
          <w:p w14:paraId="7C64D016" w14:textId="77777777" w:rsidR="00DB3FBE" w:rsidRPr="005F5D01" w:rsidRDefault="00DB3FBE">
            <w:pPr>
              <w:spacing w:before="20" w:after="20" w:line="360" w:lineRule="exact"/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428FDD05" w14:textId="77777777" w:rsidR="00DB3FBE" w:rsidRPr="005F5D01" w:rsidRDefault="00000000">
            <w:pPr>
              <w:spacing w:before="20" w:after="20" w:line="360" w:lineRule="exact"/>
              <w:jc w:val="center"/>
            </w:pPr>
            <w:proofErr w:type="spellStart"/>
            <w:r w:rsidRPr="005F5D01">
              <w:rPr>
                <w:rFonts w:ascii="標楷體" w:eastAsia="標楷體" w:hAnsi="標楷體"/>
                <w:b/>
                <w:sz w:val="24"/>
              </w:rPr>
              <w:t>出差人</w:t>
            </w:r>
            <w:proofErr w:type="spellEnd"/>
            <w:r w:rsidRPr="005F5D01">
              <w:rPr>
                <w:rFonts w:ascii="標楷體" w:eastAsia="標楷體" w:hAnsi="標楷體"/>
                <w:b/>
                <w:sz w:val="24"/>
              </w:rPr>
              <w:br/>
              <w:t>姓  名</w:t>
            </w:r>
          </w:p>
        </w:tc>
        <w:tc>
          <w:tcPr>
            <w:tcW w:w="1664" w:type="dxa"/>
            <w:gridSpan w:val="2"/>
            <w:vAlign w:val="center"/>
          </w:tcPr>
          <w:p w14:paraId="241EDA91" w14:textId="77777777" w:rsidR="00DB3FBE" w:rsidRPr="005F5D01" w:rsidRDefault="00DB3FBE">
            <w:pPr>
              <w:spacing w:before="20" w:after="20" w:line="360" w:lineRule="exact"/>
            </w:pPr>
          </w:p>
        </w:tc>
        <w:tc>
          <w:tcPr>
            <w:tcW w:w="1029" w:type="dxa"/>
            <w:shd w:val="clear" w:color="auto" w:fill="F2F2F2"/>
            <w:vAlign w:val="center"/>
          </w:tcPr>
          <w:p w14:paraId="4EB3A6AB" w14:textId="0362E42F" w:rsidR="00DB3FBE" w:rsidRPr="005F5D01" w:rsidRDefault="00000000">
            <w:pPr>
              <w:spacing w:before="20" w:after="20" w:line="360" w:lineRule="exact"/>
              <w:jc w:val="center"/>
            </w:pPr>
            <w:r w:rsidRPr="005F5D01">
              <w:rPr>
                <w:rFonts w:ascii="標楷體" w:eastAsia="標楷體" w:hAnsi="標楷體"/>
                <w:b/>
                <w:sz w:val="24"/>
              </w:rPr>
              <w:t>身</w:t>
            </w:r>
            <w:r w:rsidR="00B4228B" w:rsidRPr="005F5D01">
              <w:rPr>
                <w:rFonts w:ascii="標楷體" w:eastAsia="標楷體" w:hAnsi="標楷體" w:hint="eastAsia"/>
                <w:b/>
                <w:sz w:val="24"/>
                <w:lang w:eastAsia="zh-TW"/>
              </w:rPr>
              <w:t>份</w:t>
            </w:r>
            <w:r w:rsidRPr="005F5D01">
              <w:rPr>
                <w:rFonts w:ascii="標楷體" w:eastAsia="標楷體" w:hAnsi="標楷體"/>
                <w:b/>
                <w:sz w:val="24"/>
              </w:rPr>
              <w:t>別</w:t>
            </w:r>
          </w:p>
        </w:tc>
        <w:tc>
          <w:tcPr>
            <w:tcW w:w="1701" w:type="dxa"/>
            <w:vAlign w:val="center"/>
          </w:tcPr>
          <w:p w14:paraId="3FFAE5CC" w14:textId="1CF8522A" w:rsidR="00B02802" w:rsidRDefault="00000000">
            <w:pPr>
              <w:spacing w:before="20" w:after="20" w:line="36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□專任助理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br/>
              <w:t>□兼任助理/</w:t>
            </w:r>
            <w:r w:rsidR="00B0280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</w:p>
          <w:p w14:paraId="5D0DDE96" w14:textId="3FDC1172" w:rsidR="00DB3FBE" w:rsidRPr="005F5D01" w:rsidRDefault="00B02802">
            <w:pPr>
              <w:spacing w:before="20" w:after="20" w:line="360" w:lineRule="exact"/>
              <w:rPr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臨時工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br/>
              <w:t>□工讀生</w:t>
            </w:r>
          </w:p>
        </w:tc>
      </w:tr>
      <w:tr w:rsidR="00DB3FBE" w14:paraId="7F8979D6" w14:textId="77777777" w:rsidTr="00B02802">
        <w:trPr>
          <w:trHeight w:val="899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27E21601" w14:textId="77777777" w:rsidR="00DB3FBE" w:rsidRPr="00BA0A5C" w:rsidRDefault="00000000">
            <w:pPr>
              <w:spacing w:before="20" w:after="20" w:line="360" w:lineRule="exact"/>
              <w:jc w:val="center"/>
            </w:pPr>
            <w:proofErr w:type="spellStart"/>
            <w:r w:rsidRPr="00BA0A5C">
              <w:rPr>
                <w:rFonts w:ascii="標楷體" w:eastAsia="標楷體" w:hAnsi="標楷體"/>
                <w:b/>
                <w:sz w:val="24"/>
              </w:rPr>
              <w:t>出差事由</w:t>
            </w:r>
            <w:proofErr w:type="spellEnd"/>
          </w:p>
        </w:tc>
        <w:tc>
          <w:tcPr>
            <w:tcW w:w="7711" w:type="dxa"/>
            <w:gridSpan w:val="6"/>
            <w:vAlign w:val="center"/>
          </w:tcPr>
          <w:p w14:paraId="2772F0B8" w14:textId="77777777" w:rsidR="00DB3FBE" w:rsidRPr="00BA0A5C" w:rsidRDefault="00DB3FBE">
            <w:pPr>
              <w:spacing w:before="20" w:after="20" w:line="360" w:lineRule="exact"/>
            </w:pPr>
          </w:p>
        </w:tc>
      </w:tr>
      <w:tr w:rsidR="00DB3FBE" w14:paraId="406C54E2" w14:textId="77777777" w:rsidTr="00B02802">
        <w:trPr>
          <w:trHeight w:val="850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5736D9E0" w14:textId="77777777" w:rsidR="00DB3FBE" w:rsidRPr="00BA0A5C" w:rsidRDefault="00000000">
            <w:pPr>
              <w:spacing w:before="20" w:after="20" w:line="360" w:lineRule="exact"/>
              <w:jc w:val="center"/>
            </w:pPr>
            <w:proofErr w:type="spellStart"/>
            <w:r w:rsidRPr="00BA0A5C">
              <w:rPr>
                <w:rFonts w:ascii="標楷體" w:eastAsia="標楷體" w:hAnsi="標楷體"/>
                <w:b/>
                <w:sz w:val="24"/>
              </w:rPr>
              <w:t>出差地點</w:t>
            </w:r>
            <w:proofErr w:type="spellEnd"/>
          </w:p>
        </w:tc>
        <w:tc>
          <w:tcPr>
            <w:tcW w:w="7711" w:type="dxa"/>
            <w:gridSpan w:val="6"/>
            <w:vAlign w:val="center"/>
          </w:tcPr>
          <w:p w14:paraId="6E514FB9" w14:textId="77777777" w:rsidR="00DB3FBE" w:rsidRPr="00BA0A5C" w:rsidRDefault="00DB3FBE">
            <w:pPr>
              <w:spacing w:before="20" w:after="20" w:line="360" w:lineRule="exact"/>
            </w:pPr>
          </w:p>
        </w:tc>
      </w:tr>
      <w:tr w:rsidR="00DB3FBE" w14:paraId="76346BDF" w14:textId="77777777" w:rsidTr="00B02802">
        <w:trPr>
          <w:trHeight w:val="510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17013281" w14:textId="77777777" w:rsidR="00DB3FBE" w:rsidRPr="00BA0A5C" w:rsidRDefault="00000000">
            <w:pPr>
              <w:spacing w:before="20" w:after="20" w:line="360" w:lineRule="exact"/>
              <w:jc w:val="center"/>
            </w:pPr>
            <w:proofErr w:type="spellStart"/>
            <w:r w:rsidRPr="00BA0A5C">
              <w:rPr>
                <w:rFonts w:ascii="標楷體" w:eastAsia="標楷體" w:hAnsi="標楷體"/>
                <w:b/>
                <w:sz w:val="24"/>
              </w:rPr>
              <w:t>出差期間</w:t>
            </w:r>
            <w:proofErr w:type="spellEnd"/>
          </w:p>
        </w:tc>
        <w:tc>
          <w:tcPr>
            <w:tcW w:w="7711" w:type="dxa"/>
            <w:gridSpan w:val="6"/>
            <w:vAlign w:val="center"/>
          </w:tcPr>
          <w:p w14:paraId="34C88313" w14:textId="3F714DA4" w:rsidR="00E153DE" w:rsidRDefault="00000000">
            <w:pPr>
              <w:spacing w:before="20" w:after="20" w:line="360" w:lineRule="exact"/>
              <w:rPr>
                <w:rFonts w:ascii="標楷體" w:eastAsia="標楷體" w:hAnsi="標楷體"/>
                <w:sz w:val="20"/>
                <w:lang w:eastAsia="zh-TW"/>
              </w:rPr>
            </w:pPr>
            <w:r w:rsidRPr="00BA0A5C">
              <w:rPr>
                <w:rFonts w:ascii="標楷體" w:eastAsia="標楷體" w:hAnsi="標楷體"/>
                <w:sz w:val="20"/>
                <w:lang w:eastAsia="zh-TW"/>
              </w:rPr>
              <w:t>自    年    月    日    時起，至    年    月    日    時止，</w:t>
            </w:r>
          </w:p>
          <w:p w14:paraId="23FB2E85" w14:textId="08C2D094" w:rsidR="00DB3FBE" w:rsidRPr="00BA0A5C" w:rsidRDefault="00000000">
            <w:pPr>
              <w:spacing w:before="20" w:after="20" w:line="360" w:lineRule="exact"/>
              <w:rPr>
                <w:lang w:eastAsia="zh-TW"/>
              </w:rPr>
            </w:pPr>
            <w:r w:rsidRPr="00BA0A5C">
              <w:rPr>
                <w:rFonts w:ascii="標楷體" w:eastAsia="標楷體" w:hAnsi="標楷體"/>
                <w:sz w:val="20"/>
                <w:lang w:eastAsia="zh-TW"/>
              </w:rPr>
              <w:t>共    日    時</w:t>
            </w:r>
          </w:p>
        </w:tc>
      </w:tr>
      <w:tr w:rsidR="00B02802" w14:paraId="44EAFB45" w14:textId="77777777" w:rsidTr="00AD24FE">
        <w:trPr>
          <w:trHeight w:val="878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541B35C2" w14:textId="1C767BEB" w:rsidR="00DB3FBE" w:rsidRPr="00BA0A5C" w:rsidRDefault="00000000">
            <w:pPr>
              <w:spacing w:before="20" w:after="20" w:line="360" w:lineRule="exact"/>
              <w:jc w:val="center"/>
            </w:pPr>
            <w:proofErr w:type="spellStart"/>
            <w:r w:rsidRPr="00BA0A5C">
              <w:rPr>
                <w:rFonts w:ascii="標楷體" w:eastAsia="標楷體" w:hAnsi="標楷體"/>
                <w:b/>
                <w:sz w:val="24"/>
              </w:rPr>
              <w:t>計畫名稱</w:t>
            </w:r>
            <w:proofErr w:type="spellEnd"/>
          </w:p>
        </w:tc>
        <w:tc>
          <w:tcPr>
            <w:tcW w:w="3742" w:type="dxa"/>
            <w:gridSpan w:val="3"/>
            <w:vAlign w:val="center"/>
          </w:tcPr>
          <w:p w14:paraId="32EA351C" w14:textId="77777777" w:rsidR="00DB3FBE" w:rsidRPr="00BA0A5C" w:rsidRDefault="00DB3FBE">
            <w:pPr>
              <w:spacing w:before="20" w:after="20" w:line="360" w:lineRule="exact"/>
            </w:pPr>
          </w:p>
        </w:tc>
        <w:tc>
          <w:tcPr>
            <w:tcW w:w="1239" w:type="dxa"/>
            <w:shd w:val="clear" w:color="auto" w:fill="F2F2F2"/>
            <w:vAlign w:val="center"/>
          </w:tcPr>
          <w:p w14:paraId="5E0440A5" w14:textId="68B397D3" w:rsidR="00DB3FBE" w:rsidRPr="00BA0A5C" w:rsidRDefault="00000000">
            <w:pPr>
              <w:spacing w:before="20" w:after="20" w:line="360" w:lineRule="exact"/>
              <w:jc w:val="center"/>
            </w:pPr>
            <w:r w:rsidRPr="00BA0A5C">
              <w:rPr>
                <w:rFonts w:ascii="標楷體" w:eastAsia="標楷體" w:hAnsi="標楷體"/>
                <w:b/>
              </w:rPr>
              <w:t>計畫案號</w:t>
            </w:r>
            <w:r w:rsidRPr="00BA0A5C">
              <w:rPr>
                <w:rFonts w:ascii="標楷體" w:eastAsia="標楷體" w:hAnsi="標楷體"/>
                <w:b/>
              </w:rPr>
              <w:br/>
              <w:t>（編號）</w:t>
            </w:r>
          </w:p>
        </w:tc>
        <w:tc>
          <w:tcPr>
            <w:tcW w:w="2730" w:type="dxa"/>
            <w:gridSpan w:val="2"/>
            <w:vAlign w:val="center"/>
          </w:tcPr>
          <w:p w14:paraId="6430F319" w14:textId="37C54D5C" w:rsidR="00DB3FBE" w:rsidRPr="00BA0A5C" w:rsidRDefault="00DB3FBE">
            <w:pPr>
              <w:spacing w:before="20" w:after="20" w:line="360" w:lineRule="exact"/>
            </w:pPr>
          </w:p>
        </w:tc>
      </w:tr>
      <w:tr w:rsidR="00B02802" w14:paraId="7F73F756" w14:textId="77777777" w:rsidTr="00B02802">
        <w:trPr>
          <w:trHeight w:val="567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05B66335" w14:textId="451028E2" w:rsidR="00DB3FBE" w:rsidRPr="00BA0A5C" w:rsidRDefault="00000000">
            <w:pPr>
              <w:spacing w:before="20" w:after="20" w:line="360" w:lineRule="exact"/>
              <w:jc w:val="center"/>
            </w:pPr>
            <w:proofErr w:type="spellStart"/>
            <w:r w:rsidRPr="00BA0A5C">
              <w:rPr>
                <w:rFonts w:ascii="標楷體" w:eastAsia="標楷體" w:hAnsi="標楷體"/>
                <w:b/>
                <w:sz w:val="24"/>
              </w:rPr>
              <w:t>預算代號</w:t>
            </w:r>
            <w:proofErr w:type="spellEnd"/>
          </w:p>
        </w:tc>
        <w:tc>
          <w:tcPr>
            <w:tcW w:w="3742" w:type="dxa"/>
            <w:gridSpan w:val="3"/>
            <w:vAlign w:val="center"/>
          </w:tcPr>
          <w:p w14:paraId="41089343" w14:textId="67283985" w:rsidR="00DB3FBE" w:rsidRPr="00BA0A5C" w:rsidRDefault="00DB3FBE">
            <w:pPr>
              <w:spacing w:before="20" w:after="20" w:line="360" w:lineRule="exact"/>
            </w:pPr>
          </w:p>
        </w:tc>
        <w:tc>
          <w:tcPr>
            <w:tcW w:w="1239" w:type="dxa"/>
            <w:shd w:val="clear" w:color="auto" w:fill="F2F2F2"/>
            <w:vAlign w:val="center"/>
          </w:tcPr>
          <w:p w14:paraId="01065539" w14:textId="7BE1EF86" w:rsidR="00DB3FBE" w:rsidRPr="00BA0A5C" w:rsidRDefault="00000000">
            <w:pPr>
              <w:spacing w:before="20" w:after="20" w:line="360" w:lineRule="exact"/>
              <w:jc w:val="center"/>
            </w:pPr>
            <w:r w:rsidRPr="00BA0A5C">
              <w:rPr>
                <w:rFonts w:ascii="標楷體" w:eastAsia="標楷體" w:hAnsi="標楷體"/>
                <w:b/>
              </w:rPr>
              <w:t>會計室</w:t>
            </w:r>
            <w:r w:rsidRPr="00BA0A5C">
              <w:rPr>
                <w:rFonts w:ascii="標楷體" w:eastAsia="標楷體" w:hAnsi="標楷體"/>
                <w:b/>
              </w:rPr>
              <w:br/>
              <w:t>登記</w:t>
            </w:r>
          </w:p>
        </w:tc>
        <w:tc>
          <w:tcPr>
            <w:tcW w:w="2730" w:type="dxa"/>
            <w:gridSpan w:val="2"/>
            <w:vAlign w:val="center"/>
          </w:tcPr>
          <w:p w14:paraId="6B00240D" w14:textId="77777777" w:rsidR="00DB3FBE" w:rsidRPr="00BA0A5C" w:rsidRDefault="00DB3FBE">
            <w:pPr>
              <w:spacing w:before="20" w:after="20" w:line="360" w:lineRule="exact"/>
            </w:pPr>
          </w:p>
        </w:tc>
      </w:tr>
      <w:tr w:rsidR="00DB3FBE" w14:paraId="268AC446" w14:textId="77777777" w:rsidTr="00B02802">
        <w:trPr>
          <w:trHeight w:val="510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1EE4AA49" w14:textId="1835F9FB" w:rsidR="00DB3FBE" w:rsidRPr="00BA0A5C" w:rsidRDefault="00000000">
            <w:pPr>
              <w:spacing w:before="20" w:after="20" w:line="360" w:lineRule="exact"/>
              <w:jc w:val="center"/>
            </w:pPr>
            <w:proofErr w:type="spellStart"/>
            <w:r w:rsidRPr="00BA0A5C">
              <w:rPr>
                <w:rFonts w:ascii="標楷體" w:eastAsia="標楷體" w:hAnsi="標楷體"/>
                <w:b/>
              </w:rPr>
              <w:t>出差人（簽章</w:t>
            </w:r>
            <w:proofErr w:type="spellEnd"/>
            <w:r w:rsidRPr="00BA0A5C">
              <w:rPr>
                <w:rFonts w:ascii="標楷體" w:eastAsia="標楷體" w:hAnsi="標楷體"/>
                <w:b/>
              </w:rPr>
              <w:t>）</w:t>
            </w:r>
          </w:p>
        </w:tc>
        <w:tc>
          <w:tcPr>
            <w:tcW w:w="2183" w:type="dxa"/>
            <w:shd w:val="clear" w:color="auto" w:fill="F2F2F2"/>
            <w:vAlign w:val="center"/>
          </w:tcPr>
          <w:p w14:paraId="1B6145AD" w14:textId="637AE3C0" w:rsidR="001E64B1" w:rsidRPr="00BA0A5C" w:rsidRDefault="00000000">
            <w:pPr>
              <w:spacing w:before="20" w:after="20" w:line="36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proofErr w:type="spellStart"/>
            <w:r w:rsidRPr="00BA0A5C">
              <w:rPr>
                <w:rFonts w:ascii="標楷體" w:eastAsia="標楷體" w:hAnsi="標楷體"/>
                <w:b/>
              </w:rPr>
              <w:t>計畫主持人</w:t>
            </w:r>
            <w:proofErr w:type="spellEnd"/>
          </w:p>
          <w:p w14:paraId="456578BA" w14:textId="2CDFA8F3" w:rsidR="00DB3FBE" w:rsidRPr="00BA0A5C" w:rsidRDefault="00000000">
            <w:pPr>
              <w:spacing w:before="20" w:after="20" w:line="360" w:lineRule="exact"/>
              <w:jc w:val="center"/>
            </w:pPr>
            <w:r w:rsidRPr="00BA0A5C">
              <w:rPr>
                <w:rFonts w:ascii="標楷體" w:eastAsia="標楷體" w:hAnsi="標楷體"/>
                <w:b/>
              </w:rPr>
              <w:t>（</w:t>
            </w:r>
            <w:proofErr w:type="spellStart"/>
            <w:r w:rsidRPr="00BA0A5C">
              <w:rPr>
                <w:rFonts w:ascii="標楷體" w:eastAsia="標楷體" w:hAnsi="標楷體"/>
                <w:b/>
              </w:rPr>
              <w:t>簽章</w:t>
            </w:r>
            <w:proofErr w:type="spellEnd"/>
            <w:r w:rsidRPr="00BA0A5C">
              <w:rPr>
                <w:rFonts w:ascii="標楷體" w:eastAsia="標楷體" w:hAnsi="標楷體"/>
                <w:b/>
              </w:rPr>
              <w:t>）</w:t>
            </w:r>
          </w:p>
        </w:tc>
        <w:tc>
          <w:tcPr>
            <w:tcW w:w="2798" w:type="dxa"/>
            <w:gridSpan w:val="3"/>
            <w:shd w:val="clear" w:color="auto" w:fill="F2F2F2"/>
            <w:vAlign w:val="center"/>
          </w:tcPr>
          <w:p w14:paraId="60D558FA" w14:textId="24F91FED" w:rsidR="00DB3FBE" w:rsidRPr="00BA0A5C" w:rsidRDefault="00000000">
            <w:pPr>
              <w:spacing w:before="20" w:after="20" w:line="360" w:lineRule="exact"/>
              <w:jc w:val="center"/>
            </w:pPr>
            <w:proofErr w:type="spellStart"/>
            <w:r w:rsidRPr="00BA0A5C">
              <w:rPr>
                <w:rFonts w:ascii="標楷體" w:eastAsia="標楷體" w:hAnsi="標楷體"/>
                <w:b/>
              </w:rPr>
              <w:t>系（所）主管</w:t>
            </w:r>
            <w:proofErr w:type="spellEnd"/>
          </w:p>
        </w:tc>
        <w:tc>
          <w:tcPr>
            <w:tcW w:w="2730" w:type="dxa"/>
            <w:gridSpan w:val="2"/>
            <w:shd w:val="clear" w:color="auto" w:fill="F2F2F2"/>
            <w:vAlign w:val="center"/>
          </w:tcPr>
          <w:p w14:paraId="73C34DC0" w14:textId="1527950C" w:rsidR="00DB3FBE" w:rsidRPr="00BA0A5C" w:rsidRDefault="00000000">
            <w:pPr>
              <w:spacing w:before="20" w:after="20" w:line="360" w:lineRule="exact"/>
              <w:jc w:val="center"/>
              <w:rPr>
                <w:lang w:eastAsia="zh-TW"/>
              </w:rPr>
            </w:pPr>
            <w:r w:rsidRPr="00BA0A5C">
              <w:rPr>
                <w:rFonts w:ascii="標楷體" w:eastAsia="標楷體" w:hAnsi="標楷體"/>
                <w:b/>
                <w:lang w:eastAsia="zh-TW"/>
              </w:rPr>
              <w:t>校長或授權代</w:t>
            </w:r>
            <w:r w:rsidR="001E64B1" w:rsidRPr="00BA0A5C">
              <w:rPr>
                <w:rFonts w:ascii="標楷體" w:eastAsia="標楷體" w:hAnsi="標楷體" w:hint="eastAsia"/>
                <w:b/>
                <w:lang w:eastAsia="zh-TW"/>
              </w:rPr>
              <w:t>理</w:t>
            </w:r>
            <w:r w:rsidRPr="00BA0A5C">
              <w:rPr>
                <w:rFonts w:ascii="標楷體" w:eastAsia="標楷體" w:hAnsi="標楷體"/>
                <w:b/>
                <w:lang w:eastAsia="zh-TW"/>
              </w:rPr>
              <w:t>人</w:t>
            </w:r>
            <w:r w:rsidRPr="00BA0A5C">
              <w:rPr>
                <w:rFonts w:ascii="標楷體" w:eastAsia="標楷體" w:hAnsi="標楷體"/>
                <w:b/>
                <w:lang w:eastAsia="zh-TW"/>
              </w:rPr>
              <w:br/>
              <w:t>【學院院長】</w:t>
            </w:r>
          </w:p>
        </w:tc>
      </w:tr>
      <w:tr w:rsidR="00DB3FBE" w14:paraId="4F8029FD" w14:textId="77777777" w:rsidTr="00B02802">
        <w:trPr>
          <w:trHeight w:val="1134"/>
          <w:jc w:val="center"/>
        </w:trPr>
        <w:tc>
          <w:tcPr>
            <w:tcW w:w="2490" w:type="dxa"/>
            <w:tcBorders>
              <w:bottom w:val="single" w:sz="4" w:space="0" w:color="auto"/>
            </w:tcBorders>
            <w:vAlign w:val="center"/>
          </w:tcPr>
          <w:p w14:paraId="34987F48" w14:textId="77777777" w:rsidR="00DB3FBE" w:rsidRPr="00BA0A5C" w:rsidRDefault="00DB3FBE">
            <w:pPr>
              <w:spacing w:before="20" w:after="20" w:line="360" w:lineRule="exact"/>
              <w:jc w:val="center"/>
              <w:rPr>
                <w:lang w:eastAsia="zh-TW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14:paraId="5957BC6E" w14:textId="77777777" w:rsidR="00DB3FBE" w:rsidRPr="00BA0A5C" w:rsidRDefault="00DB3FBE">
            <w:pPr>
              <w:spacing w:before="20" w:after="20" w:line="360" w:lineRule="exact"/>
              <w:jc w:val="center"/>
              <w:rPr>
                <w:lang w:eastAsia="zh-TW"/>
              </w:rPr>
            </w:pPr>
          </w:p>
        </w:tc>
        <w:tc>
          <w:tcPr>
            <w:tcW w:w="2798" w:type="dxa"/>
            <w:gridSpan w:val="3"/>
            <w:tcBorders>
              <w:bottom w:val="single" w:sz="4" w:space="0" w:color="auto"/>
            </w:tcBorders>
            <w:vAlign w:val="center"/>
          </w:tcPr>
          <w:p w14:paraId="15E4A88C" w14:textId="666B7D3D" w:rsidR="00DB3FBE" w:rsidRPr="00BA0A5C" w:rsidRDefault="00DB3FBE">
            <w:pPr>
              <w:spacing w:before="20" w:after="20" w:line="360" w:lineRule="exact"/>
              <w:jc w:val="center"/>
              <w:rPr>
                <w:lang w:eastAsia="zh-TW"/>
              </w:rPr>
            </w:pPr>
          </w:p>
        </w:tc>
        <w:tc>
          <w:tcPr>
            <w:tcW w:w="2730" w:type="dxa"/>
            <w:gridSpan w:val="2"/>
            <w:tcBorders>
              <w:bottom w:val="single" w:sz="4" w:space="0" w:color="auto"/>
            </w:tcBorders>
            <w:vAlign w:val="center"/>
          </w:tcPr>
          <w:p w14:paraId="0022BB82" w14:textId="7FAE2AD1" w:rsidR="00DB3FBE" w:rsidRPr="00BA0A5C" w:rsidRDefault="00DB3FBE">
            <w:pPr>
              <w:spacing w:before="20" w:after="20" w:line="360" w:lineRule="exact"/>
              <w:jc w:val="center"/>
              <w:rPr>
                <w:lang w:eastAsia="zh-TW"/>
              </w:rPr>
            </w:pPr>
          </w:p>
        </w:tc>
      </w:tr>
      <w:tr w:rsidR="00DB3FBE" w14:paraId="4F512087" w14:textId="77777777" w:rsidTr="00B02802">
        <w:trPr>
          <w:trHeight w:val="360"/>
          <w:jc w:val="center"/>
        </w:trPr>
        <w:tc>
          <w:tcPr>
            <w:tcW w:w="102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BEDC" w14:textId="39BEBD7B" w:rsidR="00DB3FBE" w:rsidRPr="00BA0A5C" w:rsidRDefault="00000000" w:rsidP="00B02802">
            <w:pPr>
              <w:spacing w:before="120" w:after="40" w:line="320" w:lineRule="exact"/>
              <w:ind w:leftChars="10" w:left="306" w:hangingChars="142" w:hanging="284"/>
              <w:rPr>
                <w:lang w:eastAsia="zh-TW"/>
              </w:rPr>
            </w:pPr>
            <w:r w:rsidRPr="00BA0A5C">
              <w:rPr>
                <w:rFonts w:ascii="標楷體" w:eastAsia="標楷體" w:hAnsi="標楷體"/>
                <w:sz w:val="20"/>
                <w:lang w:eastAsia="zh-TW"/>
              </w:rPr>
              <w:t>※出差人應於</w:t>
            </w:r>
            <w:r w:rsidR="00B02802">
              <w:rPr>
                <w:rFonts w:ascii="標楷體" w:eastAsia="標楷體" w:hAnsi="標楷體" w:hint="eastAsia"/>
                <w:sz w:val="20"/>
                <w:lang w:eastAsia="zh-TW"/>
              </w:rPr>
              <w:t>事前提出申請，並</w:t>
            </w:r>
            <w:proofErr w:type="gramStart"/>
            <w:r w:rsidR="00B02802">
              <w:rPr>
                <w:rFonts w:ascii="標楷體" w:eastAsia="標楷體" w:hAnsi="標楷體" w:hint="eastAsia"/>
                <w:sz w:val="20"/>
                <w:lang w:eastAsia="zh-TW"/>
              </w:rPr>
              <w:t>於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出差事竣後</w:t>
            </w:r>
            <w:r w:rsidR="00B02802">
              <w:rPr>
                <w:rFonts w:ascii="標楷體" w:eastAsia="標楷體" w:hAnsi="標楷體" w:hint="eastAsia"/>
                <w:sz w:val="20"/>
                <w:lang w:eastAsia="zh-TW"/>
              </w:rPr>
              <w:t>檢附經</w:t>
            </w:r>
            <w:proofErr w:type="gramEnd"/>
            <w:r w:rsidRPr="00BA0A5C">
              <w:rPr>
                <w:rFonts w:ascii="標楷體" w:eastAsia="標楷體" w:hAnsi="標楷體"/>
                <w:sz w:val="20"/>
                <w:lang w:eastAsia="zh-TW"/>
              </w:rPr>
              <w:t>核准申請單、出差旅費報告書及相關憑證，於次月15日前辦理核銷。</w:t>
            </w:r>
          </w:p>
          <w:p w14:paraId="29C1A7A9" w14:textId="06D38F32" w:rsidR="00DB3FBE" w:rsidRPr="00BA0A5C" w:rsidRDefault="00000000">
            <w:pPr>
              <w:spacing w:before="20" w:after="40" w:line="320" w:lineRule="exact"/>
              <w:rPr>
                <w:lang w:eastAsia="zh-TW"/>
              </w:rPr>
            </w:pPr>
            <w:r w:rsidRPr="00BA0A5C">
              <w:rPr>
                <w:rFonts w:ascii="標楷體" w:eastAsia="標楷體" w:hAnsi="標楷體"/>
                <w:sz w:val="20"/>
                <w:lang w:eastAsia="zh-TW"/>
              </w:rPr>
              <w:t>※學院主管簽核後由會計室登記經費來源，始完成出差申請程序。</w:t>
            </w:r>
          </w:p>
          <w:p w14:paraId="0549B88C" w14:textId="1397F95B" w:rsidR="00DB3FBE" w:rsidRPr="00BA0A5C" w:rsidRDefault="00000000">
            <w:pPr>
              <w:spacing w:before="20" w:after="40" w:line="320" w:lineRule="exact"/>
              <w:rPr>
                <w:lang w:eastAsia="zh-TW"/>
              </w:rPr>
            </w:pPr>
            <w:r w:rsidRPr="00BA0A5C">
              <w:rPr>
                <w:rFonts w:ascii="標楷體" w:eastAsia="標楷體" w:hAnsi="標楷體"/>
                <w:sz w:val="20"/>
                <w:lang w:eastAsia="zh-TW"/>
              </w:rPr>
              <w:t>※出差事由請簡明扼要填寫公務目的</w:t>
            </w:r>
            <w:proofErr w:type="gramStart"/>
            <w:r w:rsidRPr="00BA0A5C">
              <w:rPr>
                <w:rFonts w:ascii="標楷體" w:eastAsia="標楷體" w:hAnsi="標楷體"/>
                <w:sz w:val="20"/>
                <w:lang w:eastAsia="zh-TW"/>
              </w:rPr>
              <w:t>（</w:t>
            </w:r>
            <w:proofErr w:type="gramEnd"/>
            <w:r w:rsidRPr="00BA0A5C">
              <w:rPr>
                <w:rFonts w:ascii="標楷體" w:eastAsia="標楷體" w:hAnsi="標楷體"/>
                <w:sz w:val="20"/>
                <w:lang w:eastAsia="zh-TW"/>
              </w:rPr>
              <w:t>如：個案訪視、機構拜會、資源連結會議等</w:t>
            </w:r>
            <w:proofErr w:type="gramStart"/>
            <w:r w:rsidRPr="00BA0A5C">
              <w:rPr>
                <w:rFonts w:ascii="標楷體" w:eastAsia="標楷體" w:hAnsi="標楷體"/>
                <w:sz w:val="20"/>
                <w:lang w:eastAsia="zh-TW"/>
              </w:rPr>
              <w:t>）</w:t>
            </w:r>
            <w:proofErr w:type="gramEnd"/>
            <w:r w:rsidRPr="00BA0A5C">
              <w:rPr>
                <w:rFonts w:ascii="標楷體" w:eastAsia="標楷體" w:hAnsi="標楷體"/>
                <w:sz w:val="20"/>
                <w:lang w:eastAsia="zh-TW"/>
              </w:rPr>
              <w:t>。</w:t>
            </w:r>
          </w:p>
          <w:p w14:paraId="7839752C" w14:textId="08F73E18" w:rsidR="00DB3FBE" w:rsidRPr="00BA0A5C" w:rsidRDefault="00000000">
            <w:pPr>
              <w:spacing w:before="20" w:after="40" w:line="320" w:lineRule="exact"/>
              <w:rPr>
                <w:lang w:eastAsia="zh-TW"/>
              </w:rPr>
            </w:pPr>
            <w:r w:rsidRPr="00BA0A5C">
              <w:rPr>
                <w:rFonts w:ascii="標楷體" w:eastAsia="標楷體" w:hAnsi="標楷體"/>
                <w:sz w:val="20"/>
                <w:lang w:eastAsia="zh-TW"/>
              </w:rPr>
              <w:t>※若單日行程包含多個地點，出差地點可填寫主要行政區</w:t>
            </w:r>
            <w:proofErr w:type="gramStart"/>
            <w:r w:rsidRPr="00BA0A5C">
              <w:rPr>
                <w:rFonts w:ascii="標楷體" w:eastAsia="標楷體" w:hAnsi="標楷體"/>
                <w:sz w:val="20"/>
                <w:lang w:eastAsia="zh-TW"/>
              </w:rPr>
              <w:t>（</w:t>
            </w:r>
            <w:proofErr w:type="gramEnd"/>
            <w:r w:rsidRPr="00BA0A5C">
              <w:rPr>
                <w:rFonts w:ascii="標楷體" w:eastAsia="標楷體" w:hAnsi="標楷體"/>
                <w:sz w:val="20"/>
                <w:lang w:eastAsia="zh-TW"/>
              </w:rPr>
              <w:t>如：高雄市苓雅區、三民區等</w:t>
            </w:r>
            <w:proofErr w:type="gramStart"/>
            <w:r w:rsidRPr="00BA0A5C">
              <w:rPr>
                <w:rFonts w:ascii="標楷體" w:eastAsia="標楷體" w:hAnsi="標楷體"/>
                <w:sz w:val="20"/>
                <w:lang w:eastAsia="zh-TW"/>
              </w:rPr>
              <w:t>）</w:t>
            </w:r>
            <w:proofErr w:type="gramEnd"/>
            <w:r w:rsidRPr="00BA0A5C">
              <w:rPr>
                <w:rFonts w:ascii="標楷體" w:eastAsia="標楷體" w:hAnsi="標楷體"/>
                <w:sz w:val="20"/>
                <w:lang w:eastAsia="zh-TW"/>
              </w:rPr>
              <w:t>，並於出差事由欄位中簡述移動</w:t>
            </w:r>
            <w:proofErr w:type="gramStart"/>
            <w:r w:rsidRPr="00BA0A5C">
              <w:rPr>
                <w:rFonts w:ascii="標楷體" w:eastAsia="標楷體" w:hAnsi="標楷體"/>
                <w:sz w:val="20"/>
                <w:lang w:eastAsia="zh-TW"/>
              </w:rPr>
              <w:t>動</w:t>
            </w:r>
            <w:proofErr w:type="gramEnd"/>
            <w:r w:rsidRPr="00BA0A5C">
              <w:rPr>
                <w:rFonts w:ascii="標楷體" w:eastAsia="標楷體" w:hAnsi="標楷體"/>
                <w:sz w:val="20"/>
                <w:lang w:eastAsia="zh-TW"/>
              </w:rPr>
              <w:t>線，或勾選「週期性出差」並附「出差行程明細表」。</w:t>
            </w:r>
          </w:p>
        </w:tc>
      </w:tr>
      <w:tr w:rsidR="00DB3FBE" w14:paraId="6DE12CB7" w14:textId="77777777" w:rsidTr="00B02802">
        <w:trPr>
          <w:trHeight w:val="497"/>
          <w:jc w:val="center"/>
        </w:trPr>
        <w:tc>
          <w:tcPr>
            <w:tcW w:w="1020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CB82" w14:textId="77777777" w:rsidR="00DB3FBE" w:rsidRDefault="00DB3FBE">
            <w:pPr>
              <w:rPr>
                <w:lang w:eastAsia="zh-TW"/>
              </w:rPr>
            </w:pPr>
          </w:p>
        </w:tc>
      </w:tr>
      <w:tr w:rsidR="00DB3FBE" w14:paraId="4D8AF153" w14:textId="77777777" w:rsidTr="00B02802">
        <w:trPr>
          <w:trHeight w:val="497"/>
          <w:jc w:val="center"/>
        </w:trPr>
        <w:tc>
          <w:tcPr>
            <w:tcW w:w="1020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574C" w14:textId="77777777" w:rsidR="00DB3FBE" w:rsidRDefault="00DB3FBE">
            <w:pPr>
              <w:rPr>
                <w:lang w:eastAsia="zh-TW"/>
              </w:rPr>
            </w:pPr>
          </w:p>
        </w:tc>
      </w:tr>
    </w:tbl>
    <w:p w14:paraId="6658DA96" w14:textId="5A40E171" w:rsidR="00EC0F04" w:rsidRDefault="00E153DE">
      <w:pPr>
        <w:rPr>
          <w:rFonts w:eastAsia="新細明體"/>
          <w:lang w:eastAsia="zh-TW"/>
        </w:rPr>
      </w:pPr>
      <w:r>
        <w:rPr>
          <w:rFonts w:eastAsia="新細明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8EFA0" wp14:editId="056D4E98">
                <wp:simplePos x="0" y="0"/>
                <wp:positionH relativeFrom="column">
                  <wp:posOffset>4713605</wp:posOffset>
                </wp:positionH>
                <wp:positionV relativeFrom="paragraph">
                  <wp:posOffset>9774555</wp:posOffset>
                </wp:positionV>
                <wp:extent cx="2421255" cy="320040"/>
                <wp:effectExtent l="0" t="0" r="19685" b="2286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AE3AE" w14:textId="77777777" w:rsidR="00E153DE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版本：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lang w:eastAsia="zh-TW"/>
                              </w:rPr>
                              <w:t>.0</w:t>
                            </w:r>
                          </w:p>
                          <w:p w14:paraId="5BFD5E34" w14:textId="77777777" w:rsidR="00E153DE" w:rsidRPr="001E389D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8EFA0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371.15pt;margin-top:769.65pt;width:190.65pt;height:25.2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" strokecolor="white">
                <v:textbox>
                  <w:txbxContent>
                    <w:p w14:paraId="48FAE3AE" w14:textId="77777777" w:rsidR="00E153DE" w:rsidRDefault="00E153DE" w:rsidP="00E153D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版本：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1</w:t>
                      </w:r>
                      <w:r>
                        <w:rPr>
                          <w:rFonts w:eastAsia="標楷體"/>
                          <w:b/>
                          <w:bCs/>
                          <w:lang w:eastAsia="zh-TW"/>
                        </w:rPr>
                        <w:t>.0</w:t>
                      </w:r>
                    </w:p>
                    <w:p w14:paraId="5BFD5E34" w14:textId="77777777" w:rsidR="00E153DE" w:rsidRPr="001E389D" w:rsidRDefault="00E153DE" w:rsidP="00E153D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B3892F" w14:textId="60F60D5A" w:rsidR="00E153DE" w:rsidRDefault="00E153DE">
      <w:pPr>
        <w:rPr>
          <w:rFonts w:eastAsia="新細明體"/>
          <w:lang w:eastAsia="zh-TW"/>
        </w:rPr>
      </w:pPr>
    </w:p>
    <w:p w14:paraId="2763D5A7" w14:textId="5A6B2F4D" w:rsidR="00E80E48" w:rsidRDefault="00B02802">
      <w:pPr>
        <w:rPr>
          <w:rFonts w:eastAsia="新細明體"/>
          <w:lang w:eastAsia="zh-TW"/>
        </w:rPr>
        <w:sectPr w:rsidR="00E80E48" w:rsidSect="00034616">
          <w:pgSz w:w="12240" w:h="15840"/>
          <w:pgMar w:top="850" w:right="1134" w:bottom="850" w:left="1134" w:header="720" w:footer="720" w:gutter="0"/>
          <w:cols w:space="720"/>
          <w:docGrid w:linePitch="360"/>
        </w:sectPr>
      </w:pPr>
      <w:r w:rsidRPr="00E153DE">
        <w:rPr>
          <w:rFonts w:eastAsia="新細明體"/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0C34680" wp14:editId="3DCA0081">
                <wp:simplePos x="0" y="0"/>
                <wp:positionH relativeFrom="column">
                  <wp:posOffset>4242435</wp:posOffset>
                </wp:positionH>
                <wp:positionV relativeFrom="paragraph">
                  <wp:posOffset>220345</wp:posOffset>
                </wp:positionV>
                <wp:extent cx="2360930" cy="312420"/>
                <wp:effectExtent l="0" t="0" r="635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466E9" w14:textId="56C8B5D7" w:rsidR="00E153DE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 </w:t>
                            </w:r>
                            <w:r w:rsidRPr="00E153DE">
                              <w:rPr>
                                <w:rFonts w:eastAsia="標楷體" w:hint="eastAsia"/>
                                <w:lang w:eastAsia="zh-TW"/>
                              </w:rPr>
                              <w:t>版本：</w:t>
                            </w:r>
                            <w:r w:rsidRPr="00E153DE"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E153DE">
                              <w:rPr>
                                <w:rFonts w:eastAsia="標楷體"/>
                                <w:lang w:eastAsia="zh-TW"/>
                              </w:rPr>
                              <w:t>.0</w:t>
                            </w:r>
                          </w:p>
                          <w:p w14:paraId="4CCCD5A1" w14:textId="77777777" w:rsidR="00E153DE" w:rsidRPr="001E389D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  <w:p w14:paraId="5B0801B8" w14:textId="1F2A222F" w:rsidR="00E153DE" w:rsidRDefault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34680" id="文字方塊 2" o:spid="_x0000_s1027" type="#_x0000_t202" style="position:absolute;margin-left:334.05pt;margin-top:17.35pt;width:185.9pt;height:24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" stroked="f">
                <v:textbox>
                  <w:txbxContent>
                    <w:p w14:paraId="5E6466E9" w14:textId="56C8B5D7" w:rsidR="00E153DE" w:rsidRDefault="00E153DE" w:rsidP="00E153D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 </w:t>
                      </w:r>
                      <w:r w:rsidRPr="00E153DE">
                        <w:rPr>
                          <w:rFonts w:eastAsia="標楷體" w:hint="eastAsia"/>
                          <w:lang w:eastAsia="zh-TW"/>
                        </w:rPr>
                        <w:t>版本：</w:t>
                      </w:r>
                      <w:r w:rsidRPr="00E153DE"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E153DE">
                        <w:rPr>
                          <w:rFonts w:eastAsia="標楷體"/>
                          <w:lang w:eastAsia="zh-TW"/>
                        </w:rPr>
                        <w:t>.0</w:t>
                      </w:r>
                    </w:p>
                    <w:p w14:paraId="4CCCD5A1" w14:textId="77777777" w:rsidR="00E153DE" w:rsidRPr="001E389D" w:rsidRDefault="00E153DE" w:rsidP="00E153DE">
                      <w:pPr>
                        <w:rPr>
                          <w:lang w:eastAsia="zh-TW"/>
                        </w:rPr>
                      </w:pPr>
                    </w:p>
                    <w:p w14:paraId="5B0801B8" w14:textId="1F2A222F" w:rsidR="00E153DE" w:rsidRDefault="00E153D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153DE">
        <w:rPr>
          <w:rFonts w:eastAsia="新細明體"/>
          <w:lang w:eastAsia="zh-TW"/>
        </w:rPr>
        <w:br w:type="page"/>
      </w:r>
    </w:p>
    <w:p w14:paraId="28B104EA" w14:textId="77777777" w:rsidR="00E80E48" w:rsidRDefault="00E80E48" w:rsidP="00E80E48">
      <w:pPr>
        <w:spacing w:after="40"/>
        <w:jc w:val="center"/>
        <w:rPr>
          <w:lang w:eastAsia="zh-TW"/>
        </w:rPr>
      </w:pPr>
      <w:r>
        <w:rPr>
          <w:rFonts w:ascii="標楷體" w:eastAsia="標楷體" w:hAnsi="標楷體"/>
          <w:b/>
          <w:sz w:val="32"/>
          <w:lang w:eastAsia="zh-TW"/>
        </w:rPr>
        <w:lastRenderedPageBreak/>
        <w:t>樹德科技大學</w:t>
      </w:r>
    </w:p>
    <w:p w14:paraId="2A1648D2" w14:textId="77777777" w:rsidR="00E80E48" w:rsidRDefault="00E80E48" w:rsidP="00E80E48">
      <w:pPr>
        <w:spacing w:after="80"/>
        <w:jc w:val="center"/>
        <w:rPr>
          <w:lang w:eastAsia="zh-TW"/>
        </w:rPr>
      </w:pPr>
      <w:r>
        <w:rPr>
          <w:rFonts w:ascii="標楷體" w:eastAsia="標楷體" w:hAnsi="標楷體"/>
          <w:b/>
          <w:sz w:val="28"/>
          <w:lang w:eastAsia="zh-TW"/>
        </w:rPr>
        <w:t>產官學</w:t>
      </w:r>
      <w:proofErr w:type="gramStart"/>
      <w:r>
        <w:rPr>
          <w:rFonts w:ascii="標楷體" w:eastAsia="標楷體" w:hAnsi="標楷體"/>
          <w:b/>
          <w:sz w:val="28"/>
          <w:lang w:eastAsia="zh-TW"/>
        </w:rPr>
        <w:t>研</w:t>
      </w:r>
      <w:proofErr w:type="gramEnd"/>
      <w:r>
        <w:rPr>
          <w:rFonts w:ascii="標楷體" w:eastAsia="標楷體" w:hAnsi="標楷體"/>
          <w:b/>
          <w:sz w:val="28"/>
          <w:lang w:eastAsia="zh-TW"/>
        </w:rPr>
        <w:t>計畫助理人員出差行程明細表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6"/>
        <w:gridCol w:w="1766"/>
        <w:gridCol w:w="1766"/>
        <w:gridCol w:w="1766"/>
        <w:gridCol w:w="3532"/>
        <w:gridCol w:w="3532"/>
      </w:tblGrid>
      <w:tr w:rsidR="00E80E48" w14:paraId="2E8A54D1" w14:textId="77777777" w:rsidTr="001D5969">
        <w:trPr>
          <w:trHeight w:val="453"/>
          <w:jc w:val="center"/>
        </w:trPr>
        <w:tc>
          <w:tcPr>
            <w:tcW w:w="1767" w:type="dxa"/>
            <w:shd w:val="clear" w:color="auto" w:fill="F2F2F2"/>
            <w:vAlign w:val="center"/>
          </w:tcPr>
          <w:p w14:paraId="33F46287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</w:rPr>
              <w:t>出差人姓名</w:t>
            </w:r>
            <w:proofErr w:type="spellEnd"/>
          </w:p>
        </w:tc>
        <w:tc>
          <w:tcPr>
            <w:tcW w:w="1767" w:type="dxa"/>
            <w:vAlign w:val="center"/>
          </w:tcPr>
          <w:p w14:paraId="41749E66" w14:textId="77777777" w:rsidR="00E80E48" w:rsidRDefault="00E80E48" w:rsidP="001D5969">
            <w:pPr>
              <w:spacing w:before="20" w:after="20" w:line="360" w:lineRule="exact"/>
            </w:pPr>
          </w:p>
        </w:tc>
        <w:tc>
          <w:tcPr>
            <w:tcW w:w="1767" w:type="dxa"/>
            <w:shd w:val="clear" w:color="auto" w:fill="F2F2F2"/>
            <w:vAlign w:val="center"/>
          </w:tcPr>
          <w:p w14:paraId="31ED823A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</w:rPr>
              <w:t>執行單位</w:t>
            </w:r>
            <w:proofErr w:type="spellEnd"/>
          </w:p>
        </w:tc>
        <w:tc>
          <w:tcPr>
            <w:tcW w:w="1767" w:type="dxa"/>
            <w:vAlign w:val="center"/>
          </w:tcPr>
          <w:p w14:paraId="7FA9B65F" w14:textId="77777777" w:rsidR="00E80E48" w:rsidRDefault="00E80E48" w:rsidP="001D5969">
            <w:pPr>
              <w:spacing w:before="20" w:after="20" w:line="360" w:lineRule="exact"/>
            </w:pPr>
          </w:p>
        </w:tc>
        <w:tc>
          <w:tcPr>
            <w:tcW w:w="3534" w:type="dxa"/>
            <w:shd w:val="clear" w:color="auto" w:fill="F2F2F2"/>
            <w:vAlign w:val="center"/>
          </w:tcPr>
          <w:p w14:paraId="2CC64968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</w:rPr>
              <w:t>計畫名稱</w:t>
            </w:r>
            <w:proofErr w:type="spellEnd"/>
          </w:p>
        </w:tc>
        <w:tc>
          <w:tcPr>
            <w:tcW w:w="3534" w:type="dxa"/>
            <w:vAlign w:val="center"/>
          </w:tcPr>
          <w:p w14:paraId="4DFAEE07" w14:textId="77777777" w:rsidR="00E80E48" w:rsidRDefault="00E80E48" w:rsidP="001D5969">
            <w:pPr>
              <w:spacing w:before="20" w:after="20" w:line="360" w:lineRule="exact"/>
            </w:pPr>
          </w:p>
        </w:tc>
      </w:tr>
      <w:tr w:rsidR="00E80E48" w14:paraId="239CC637" w14:textId="77777777" w:rsidTr="001D5969">
        <w:trPr>
          <w:trHeight w:val="453"/>
          <w:jc w:val="center"/>
        </w:trPr>
        <w:tc>
          <w:tcPr>
            <w:tcW w:w="1767" w:type="dxa"/>
            <w:shd w:val="clear" w:color="auto" w:fill="F2F2F2"/>
            <w:vAlign w:val="center"/>
          </w:tcPr>
          <w:p w14:paraId="0BE49A57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</w:rPr>
              <w:t>計畫案號</w:t>
            </w:r>
            <w:proofErr w:type="spellEnd"/>
          </w:p>
        </w:tc>
        <w:tc>
          <w:tcPr>
            <w:tcW w:w="1767" w:type="dxa"/>
            <w:vAlign w:val="center"/>
          </w:tcPr>
          <w:p w14:paraId="5C01A8DC" w14:textId="77777777" w:rsidR="00E80E48" w:rsidRDefault="00E80E48" w:rsidP="001D5969">
            <w:pPr>
              <w:spacing w:before="20" w:after="20" w:line="360" w:lineRule="exact"/>
            </w:pPr>
          </w:p>
        </w:tc>
        <w:tc>
          <w:tcPr>
            <w:tcW w:w="1767" w:type="dxa"/>
            <w:shd w:val="clear" w:color="auto" w:fill="F2F2F2"/>
            <w:vAlign w:val="center"/>
          </w:tcPr>
          <w:p w14:paraId="46B7F509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</w:rPr>
              <w:t>預算代號</w:t>
            </w:r>
            <w:proofErr w:type="spellEnd"/>
          </w:p>
        </w:tc>
        <w:tc>
          <w:tcPr>
            <w:tcW w:w="1767" w:type="dxa"/>
            <w:vAlign w:val="center"/>
          </w:tcPr>
          <w:p w14:paraId="1A403071" w14:textId="77777777" w:rsidR="00E80E48" w:rsidRDefault="00E80E48" w:rsidP="001D5969">
            <w:pPr>
              <w:spacing w:before="20" w:after="20" w:line="360" w:lineRule="exact"/>
            </w:pPr>
          </w:p>
        </w:tc>
        <w:tc>
          <w:tcPr>
            <w:tcW w:w="3534" w:type="dxa"/>
            <w:shd w:val="clear" w:color="auto" w:fill="F2F2F2"/>
            <w:vAlign w:val="center"/>
          </w:tcPr>
          <w:p w14:paraId="2B8F0E2F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出差</w:t>
            </w:r>
            <w:proofErr w:type="spellStart"/>
            <w:r>
              <w:rPr>
                <w:rFonts w:ascii="標楷體" w:eastAsia="標楷體" w:hAnsi="標楷體"/>
                <w:b/>
              </w:rPr>
              <w:t>期間</w:t>
            </w:r>
            <w:proofErr w:type="spellEnd"/>
          </w:p>
        </w:tc>
        <w:tc>
          <w:tcPr>
            <w:tcW w:w="3534" w:type="dxa"/>
            <w:vAlign w:val="center"/>
          </w:tcPr>
          <w:p w14:paraId="2A1FDE38" w14:textId="7E376A04" w:rsidR="00E80E48" w:rsidRDefault="00E80E48" w:rsidP="001D5969">
            <w:pPr>
              <w:spacing w:before="20" w:after="20" w:line="360" w:lineRule="exact"/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年 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proofErr w:type="spellStart"/>
            <w:r>
              <w:rPr>
                <w:rFonts w:ascii="標楷體" w:eastAsia="標楷體" w:hAnsi="標楷體"/>
              </w:rPr>
              <w:t>日至</w:t>
            </w:r>
            <w:proofErr w:type="spellEnd"/>
            <w:proofErr w:type="gramEnd"/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年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月  日</w:t>
            </w:r>
          </w:p>
        </w:tc>
      </w:tr>
      <w:tr w:rsidR="00E80E48" w14:paraId="3A02176A" w14:textId="77777777" w:rsidTr="001D5969">
        <w:trPr>
          <w:trHeight w:val="453"/>
          <w:jc w:val="center"/>
        </w:trPr>
        <w:tc>
          <w:tcPr>
            <w:tcW w:w="1767" w:type="dxa"/>
            <w:shd w:val="clear" w:color="auto" w:fill="F2F2F2"/>
            <w:vAlign w:val="center"/>
          </w:tcPr>
          <w:p w14:paraId="506CE47A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</w:rPr>
              <w:t>申請頻率</w:t>
            </w:r>
            <w:proofErr w:type="spellEnd"/>
          </w:p>
        </w:tc>
        <w:tc>
          <w:tcPr>
            <w:tcW w:w="12369" w:type="dxa"/>
            <w:gridSpan w:val="5"/>
            <w:vAlign w:val="center"/>
          </w:tcPr>
          <w:p w14:paraId="7C85F482" w14:textId="77777777" w:rsidR="00E80E48" w:rsidRDefault="00E80E48" w:rsidP="001D5969">
            <w:pPr>
              <w:spacing w:before="20" w:after="20" w:line="360" w:lineRule="exact"/>
            </w:pPr>
            <w:r>
              <w:rPr>
                <w:rFonts w:ascii="標楷體" w:eastAsia="標楷體" w:hAnsi="標楷體"/>
              </w:rPr>
              <w:t>□</w:t>
            </w:r>
            <w:proofErr w:type="spellStart"/>
            <w:proofErr w:type="gramStart"/>
            <w:r>
              <w:rPr>
                <w:rFonts w:ascii="標楷體" w:eastAsia="標楷體" w:hAnsi="標楷體"/>
              </w:rPr>
              <w:t>每週</w:t>
            </w:r>
            <w:proofErr w:type="spellEnd"/>
            <w:r>
              <w:rPr>
                <w:rFonts w:ascii="標楷體" w:eastAsia="標楷體" w:hAnsi="標楷體"/>
              </w:rPr>
              <w:t xml:space="preserve">  □</w:t>
            </w:r>
            <w:proofErr w:type="spellStart"/>
            <w:proofErr w:type="gramEnd"/>
            <w:r>
              <w:rPr>
                <w:rFonts w:ascii="標楷體" w:eastAsia="標楷體" w:hAnsi="標楷體"/>
              </w:rPr>
              <w:t>每月</w:t>
            </w:r>
            <w:proofErr w:type="spellEnd"/>
            <w:r>
              <w:rPr>
                <w:rFonts w:ascii="標楷體" w:eastAsia="標楷體" w:hAnsi="標楷體"/>
              </w:rPr>
              <w:t xml:space="preserve">  □</w:t>
            </w:r>
            <w:proofErr w:type="spellStart"/>
            <w:r>
              <w:rPr>
                <w:rFonts w:ascii="標楷體" w:eastAsia="標楷體" w:hAnsi="標楷體"/>
              </w:rPr>
              <w:t>其他</w:t>
            </w:r>
            <w:proofErr w:type="spellEnd"/>
            <w:r>
              <w:rPr>
                <w:rFonts w:ascii="標楷體" w:eastAsia="標楷體" w:hAnsi="標楷體"/>
              </w:rPr>
              <w:t>__________</w:t>
            </w:r>
          </w:p>
        </w:tc>
      </w:tr>
    </w:tbl>
    <w:p w14:paraId="7D48FE78" w14:textId="77777777" w:rsidR="00E80E48" w:rsidRDefault="00E80E48" w:rsidP="00E80E48">
      <w:pPr>
        <w:spacing w:before="80" w:after="80"/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1984"/>
        <w:gridCol w:w="1985"/>
        <w:gridCol w:w="2126"/>
        <w:gridCol w:w="2440"/>
        <w:gridCol w:w="2238"/>
        <w:gridCol w:w="1800"/>
      </w:tblGrid>
      <w:tr w:rsidR="00E80E48" w14:paraId="25657F4D" w14:textId="77777777" w:rsidTr="00B02802">
        <w:trPr>
          <w:trHeight w:val="567"/>
          <w:jc w:val="center"/>
        </w:trPr>
        <w:tc>
          <w:tcPr>
            <w:tcW w:w="1555" w:type="dxa"/>
            <w:shd w:val="clear" w:color="auto" w:fill="F2F2F2"/>
            <w:vAlign w:val="center"/>
          </w:tcPr>
          <w:p w14:paraId="74572DF0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  <w:sz w:val="20"/>
              </w:rPr>
              <w:t>序號</w:t>
            </w:r>
            <w:proofErr w:type="spellEnd"/>
          </w:p>
        </w:tc>
        <w:tc>
          <w:tcPr>
            <w:tcW w:w="1984" w:type="dxa"/>
            <w:shd w:val="clear" w:color="auto" w:fill="F2F2F2"/>
            <w:vAlign w:val="center"/>
          </w:tcPr>
          <w:p w14:paraId="4F8A4334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  <w:sz w:val="20"/>
              </w:rPr>
              <w:t>日期</w:t>
            </w:r>
            <w:proofErr w:type="spellEnd"/>
            <w:r>
              <w:rPr>
                <w:rFonts w:ascii="標楷體" w:eastAsia="標楷體" w:hAnsi="標楷體"/>
                <w:b/>
                <w:sz w:val="20"/>
              </w:rPr>
              <w:br/>
              <w:t>（年/月/日）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0640F4D7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  <w:sz w:val="20"/>
              </w:rPr>
              <w:t>出發時間</w:t>
            </w:r>
            <w:proofErr w:type="spellEnd"/>
          </w:p>
        </w:tc>
        <w:tc>
          <w:tcPr>
            <w:tcW w:w="2126" w:type="dxa"/>
            <w:shd w:val="clear" w:color="auto" w:fill="F2F2F2"/>
            <w:vAlign w:val="center"/>
          </w:tcPr>
          <w:p w14:paraId="04FD9282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  <w:sz w:val="20"/>
              </w:rPr>
              <w:t>返回時間</w:t>
            </w:r>
            <w:proofErr w:type="spellEnd"/>
          </w:p>
        </w:tc>
        <w:tc>
          <w:tcPr>
            <w:tcW w:w="2440" w:type="dxa"/>
            <w:shd w:val="clear" w:color="auto" w:fill="F2F2F2"/>
            <w:vAlign w:val="center"/>
          </w:tcPr>
          <w:p w14:paraId="0EEA33C3" w14:textId="77777777" w:rsidR="00E80E48" w:rsidRDefault="00E80E48" w:rsidP="001D5969">
            <w:pPr>
              <w:spacing w:before="20" w:after="20" w:line="360" w:lineRule="exact"/>
              <w:jc w:val="center"/>
              <w:rPr>
                <w:lang w:eastAsia="zh-TW"/>
              </w:rPr>
            </w:pPr>
            <w:r>
              <w:rPr>
                <w:rFonts w:ascii="標楷體" w:eastAsia="標楷體" w:hAnsi="標楷體"/>
                <w:b/>
                <w:sz w:val="20"/>
                <w:lang w:eastAsia="zh-TW"/>
              </w:rPr>
              <w:t>起訖地點</w:t>
            </w:r>
            <w:r>
              <w:rPr>
                <w:rFonts w:ascii="標楷體" w:eastAsia="標楷體" w:hAnsi="標楷體"/>
                <w:b/>
                <w:sz w:val="20"/>
                <w:lang w:eastAsia="zh-TW"/>
              </w:rPr>
              <w:br/>
              <w:t>（自何處至何處）</w:t>
            </w:r>
          </w:p>
        </w:tc>
        <w:tc>
          <w:tcPr>
            <w:tcW w:w="2238" w:type="dxa"/>
            <w:shd w:val="clear" w:color="auto" w:fill="F2F2F2"/>
            <w:vAlign w:val="center"/>
          </w:tcPr>
          <w:p w14:paraId="5BBCA96B" w14:textId="39028D30" w:rsidR="00E80E48" w:rsidRDefault="00E80E48" w:rsidP="00B02802">
            <w:pPr>
              <w:spacing w:before="20" w:after="20" w:line="360" w:lineRule="exact"/>
              <w:jc w:val="center"/>
              <w:rPr>
                <w:lang w:eastAsia="zh-TW"/>
              </w:rPr>
            </w:pPr>
            <w:r>
              <w:rPr>
                <w:rFonts w:ascii="標楷體" w:eastAsia="標楷體" w:hAnsi="標楷體"/>
                <w:b/>
                <w:sz w:val="20"/>
                <w:lang w:eastAsia="zh-TW"/>
              </w:rPr>
              <w:t>出差地點</w:t>
            </w:r>
            <w:r>
              <w:rPr>
                <w:rFonts w:ascii="標楷體" w:eastAsia="標楷體" w:hAnsi="標楷體"/>
                <w:b/>
                <w:sz w:val="20"/>
                <w:lang w:eastAsia="zh-TW"/>
              </w:rPr>
              <w:br/>
              <w:t>（行政區/機構名稱）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6FBC49BB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  <w:sz w:val="20"/>
              </w:rPr>
              <w:t>出差事由</w:t>
            </w:r>
            <w:proofErr w:type="spellEnd"/>
          </w:p>
        </w:tc>
      </w:tr>
      <w:tr w:rsidR="00E80E48" w14:paraId="7E31A64C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41D163E5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8F2278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1CE23524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2D1D5F2D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5AD9048F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5290B92A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151C6A96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7DCD7768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51C5BF73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2A4E72C6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1E95E129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76EBA374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48EA96DF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6AAABB0E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32D7045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5B77AA59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4E6AC4C5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710B9A4C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652B428E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47A51F9F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24BAEF07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3270B856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295C7816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08387BF3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18CF07AE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59664E8A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44DFE40B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5C3C40A7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0E892B86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3F5779E3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19EBDAE0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36B2C0AF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79F7D212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3342F09B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2A152BB9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093B21A4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3C86445B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05F91E3F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4109F96E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1DC35EED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0296DD9C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70C04997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1BD40E3C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3132DF40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07AB70B9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57100DD9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1DF010DB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63570131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6B1D7ADE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64FF8F8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3B31479E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6C95469F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35C333E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1CAA0ACB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426CCF3C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57F59125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1BD5B12F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6FFB1FA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0FF94F3D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6A61926D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3C3B5370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4AFCC27C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5DBDDDDF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371319CE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02CE302E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3B1B123A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189719C9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77C4EEE9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590E580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165305D8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0A13DD07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7EACEC8F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72D1B984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10</w:t>
            </w:r>
          </w:p>
        </w:tc>
        <w:tc>
          <w:tcPr>
            <w:tcW w:w="1984" w:type="dxa"/>
            <w:vAlign w:val="center"/>
          </w:tcPr>
          <w:p w14:paraId="72C6FA4E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567D7E3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275F0162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02C4CF7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5356D66D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456CEC2A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0BA2F7FC" w14:textId="77777777" w:rsidTr="00B02802">
        <w:trPr>
          <w:trHeight w:val="396"/>
          <w:jc w:val="center"/>
        </w:trPr>
        <w:tc>
          <w:tcPr>
            <w:tcW w:w="7650" w:type="dxa"/>
            <w:gridSpan w:val="4"/>
            <w:shd w:val="clear" w:color="auto" w:fill="F2F2F2"/>
            <w:vAlign w:val="center"/>
          </w:tcPr>
          <w:p w14:paraId="4AFC19F7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  <w:sz w:val="20"/>
              </w:rPr>
              <w:t>合計出差</w:t>
            </w:r>
            <w:proofErr w:type="spellEnd"/>
            <w:r>
              <w:rPr>
                <w:rFonts w:ascii="標楷體" w:eastAsia="標楷體" w:hAnsi="標楷體"/>
                <w:b/>
                <w:sz w:val="20"/>
              </w:rPr>
              <w:t xml:space="preserve">      日      時</w:t>
            </w:r>
          </w:p>
        </w:tc>
        <w:tc>
          <w:tcPr>
            <w:tcW w:w="6478" w:type="dxa"/>
            <w:gridSpan w:val="3"/>
            <w:vAlign w:val="center"/>
          </w:tcPr>
          <w:p w14:paraId="447D07D9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</w:tbl>
    <w:p w14:paraId="7D2FD04D" w14:textId="5DCA8F5B" w:rsidR="00E153DE" w:rsidRPr="00E153DE" w:rsidRDefault="00B02802" w:rsidP="00B02802">
      <w:pPr>
        <w:spacing w:before="120" w:line="320" w:lineRule="exact"/>
        <w:rPr>
          <w:rFonts w:eastAsia="新細明體"/>
          <w:lang w:eastAsia="zh-TW"/>
        </w:rPr>
      </w:pPr>
      <w:r w:rsidRPr="00E153DE">
        <w:rPr>
          <w:rFonts w:eastAsia="新細明體"/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EEA901E" wp14:editId="6E742608">
                <wp:simplePos x="0" y="0"/>
                <wp:positionH relativeFrom="column">
                  <wp:posOffset>6800850</wp:posOffset>
                </wp:positionH>
                <wp:positionV relativeFrom="paragraph">
                  <wp:posOffset>829945</wp:posOffset>
                </wp:positionV>
                <wp:extent cx="2360930" cy="312420"/>
                <wp:effectExtent l="0" t="0" r="635" b="0"/>
                <wp:wrapSquare wrapText="bothSides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7042E" w14:textId="77777777" w:rsidR="00B02802" w:rsidRDefault="00B02802" w:rsidP="00B02802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 </w:t>
                            </w:r>
                            <w:r w:rsidRPr="00E153DE">
                              <w:rPr>
                                <w:rFonts w:eastAsia="標楷體" w:hint="eastAsia"/>
                                <w:lang w:eastAsia="zh-TW"/>
                              </w:rPr>
                              <w:t>版本：</w:t>
                            </w:r>
                            <w:r w:rsidRPr="00E153DE"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E153DE">
                              <w:rPr>
                                <w:rFonts w:eastAsia="標楷體"/>
                                <w:lang w:eastAsia="zh-TW"/>
                              </w:rPr>
                              <w:t>.0</w:t>
                            </w:r>
                          </w:p>
                          <w:p w14:paraId="2DF83819" w14:textId="77777777" w:rsidR="00B02802" w:rsidRPr="001E389D" w:rsidRDefault="00B02802" w:rsidP="00B02802">
                            <w:pPr>
                              <w:rPr>
                                <w:lang w:eastAsia="zh-TW"/>
                              </w:rPr>
                            </w:pPr>
                          </w:p>
                          <w:p w14:paraId="268CD354" w14:textId="77777777" w:rsidR="00B02802" w:rsidRDefault="00B02802" w:rsidP="00B02802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A901E" id="_x0000_s1028" type="#_x0000_t202" style="position:absolute;margin-left:535.5pt;margin-top:65.35pt;width:185.9pt;height:24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" stroked="f">
                <v:textbox>
                  <w:txbxContent>
                    <w:p w14:paraId="40C7042E" w14:textId="77777777" w:rsidR="00B02802" w:rsidRDefault="00B02802" w:rsidP="00B02802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 </w:t>
                      </w:r>
                      <w:r w:rsidRPr="00E153DE">
                        <w:rPr>
                          <w:rFonts w:eastAsia="標楷體" w:hint="eastAsia"/>
                          <w:lang w:eastAsia="zh-TW"/>
                        </w:rPr>
                        <w:t>版本：</w:t>
                      </w:r>
                      <w:r w:rsidRPr="00E153DE"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E153DE">
                        <w:rPr>
                          <w:rFonts w:eastAsia="標楷體"/>
                          <w:lang w:eastAsia="zh-TW"/>
                        </w:rPr>
                        <w:t>.0</w:t>
                      </w:r>
                    </w:p>
                    <w:p w14:paraId="2DF83819" w14:textId="77777777" w:rsidR="00B02802" w:rsidRPr="001E389D" w:rsidRDefault="00B02802" w:rsidP="00B02802">
                      <w:pPr>
                        <w:rPr>
                          <w:lang w:eastAsia="zh-TW"/>
                        </w:rPr>
                      </w:pPr>
                    </w:p>
                    <w:p w14:paraId="268CD354" w14:textId="77777777" w:rsidR="00B02802" w:rsidRDefault="00B02802" w:rsidP="00B02802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80E48">
        <w:rPr>
          <w:rFonts w:ascii="標楷體" w:eastAsia="標楷體" w:hAnsi="標楷體"/>
          <w:sz w:val="20"/>
          <w:lang w:eastAsia="zh-TW"/>
        </w:rPr>
        <w:t>※本表為「產官學</w:t>
      </w:r>
      <w:proofErr w:type="gramStart"/>
      <w:r w:rsidR="00E80E48">
        <w:rPr>
          <w:rFonts w:ascii="標楷體" w:eastAsia="標楷體" w:hAnsi="標楷體"/>
          <w:sz w:val="20"/>
          <w:lang w:eastAsia="zh-TW"/>
        </w:rPr>
        <w:t>研</w:t>
      </w:r>
      <w:proofErr w:type="gramEnd"/>
      <w:r w:rsidR="00E80E48">
        <w:rPr>
          <w:rFonts w:ascii="標楷體" w:eastAsia="標楷體" w:hAnsi="標楷體"/>
          <w:sz w:val="20"/>
          <w:lang w:eastAsia="zh-TW"/>
        </w:rPr>
        <w:t>計畫助理人員出差申請單」之附件，適用於週期性出差之批次申請。每頁可填寫1</w:t>
      </w:r>
      <w:r w:rsidR="00E80E48">
        <w:rPr>
          <w:rFonts w:ascii="標楷體" w:eastAsia="標楷體" w:hAnsi="標楷體" w:hint="eastAsia"/>
          <w:sz w:val="20"/>
          <w:lang w:eastAsia="zh-TW"/>
        </w:rPr>
        <w:t>0</w:t>
      </w:r>
      <w:r w:rsidR="00E80E48">
        <w:rPr>
          <w:rFonts w:ascii="標楷體" w:eastAsia="標楷體" w:hAnsi="標楷體"/>
          <w:sz w:val="20"/>
          <w:lang w:eastAsia="zh-TW"/>
        </w:rPr>
        <w:t>筆行程，如有不足請自行增頁。</w:t>
      </w:r>
      <w:r w:rsidR="00E153DE">
        <w:rPr>
          <w:rFonts w:eastAsia="新細明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F8EFA0" wp14:editId="37CDEF7C">
                <wp:simplePos x="0" y="0"/>
                <wp:positionH relativeFrom="column">
                  <wp:posOffset>4713605</wp:posOffset>
                </wp:positionH>
                <wp:positionV relativeFrom="paragraph">
                  <wp:posOffset>9774555</wp:posOffset>
                </wp:positionV>
                <wp:extent cx="2421255" cy="320040"/>
                <wp:effectExtent l="0" t="0" r="19685" b="2286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090BA" w14:textId="77777777" w:rsidR="00E153DE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版本：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lang w:eastAsia="zh-TW"/>
                              </w:rPr>
                              <w:t>.0</w:t>
                            </w:r>
                          </w:p>
                          <w:p w14:paraId="4F3CF64B" w14:textId="77777777" w:rsidR="00E153DE" w:rsidRPr="001E389D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EFA0" id="文字方塊 6" o:spid="_x0000_s1029" type="#_x0000_t202" style="position:absolute;margin-left:371.15pt;margin-top:769.65pt;width:190.65pt;height:25.2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" strokecolor="white">
                <v:textbox>
                  <w:txbxContent>
                    <w:p w14:paraId="308090BA" w14:textId="77777777" w:rsidR="00E153DE" w:rsidRDefault="00E153DE" w:rsidP="00E153D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版本：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1</w:t>
                      </w:r>
                      <w:r>
                        <w:rPr>
                          <w:rFonts w:eastAsia="標楷體"/>
                          <w:b/>
                          <w:bCs/>
                          <w:lang w:eastAsia="zh-TW"/>
                        </w:rPr>
                        <w:t>.0</w:t>
                      </w:r>
                    </w:p>
                    <w:p w14:paraId="4F3CF64B" w14:textId="77777777" w:rsidR="00E153DE" w:rsidRPr="001E389D" w:rsidRDefault="00E153DE" w:rsidP="00E153D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53DE">
        <w:rPr>
          <w:rFonts w:eastAsia="新細明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F8EFA0" wp14:editId="65558807">
                <wp:simplePos x="0" y="0"/>
                <wp:positionH relativeFrom="column">
                  <wp:posOffset>4713605</wp:posOffset>
                </wp:positionH>
                <wp:positionV relativeFrom="paragraph">
                  <wp:posOffset>9774555</wp:posOffset>
                </wp:positionV>
                <wp:extent cx="2421255" cy="320040"/>
                <wp:effectExtent l="0" t="0" r="19685" b="2286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31FC1" w14:textId="77777777" w:rsidR="00E153DE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版本：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lang w:eastAsia="zh-TW"/>
                              </w:rPr>
                              <w:t>.0</w:t>
                            </w:r>
                          </w:p>
                          <w:p w14:paraId="54C60CFF" w14:textId="77777777" w:rsidR="00E153DE" w:rsidRPr="001E389D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EFA0" id="文字方塊 5" o:spid="_x0000_s1030" type="#_x0000_t202" style="position:absolute;margin-left:371.15pt;margin-top:769.65pt;width:190.65pt;height:25.2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" strokecolor="white">
                <v:textbox>
                  <w:txbxContent>
                    <w:p w14:paraId="6B631FC1" w14:textId="77777777" w:rsidR="00E153DE" w:rsidRDefault="00E153DE" w:rsidP="00E153D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版本：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1</w:t>
                      </w:r>
                      <w:r>
                        <w:rPr>
                          <w:rFonts w:eastAsia="標楷體"/>
                          <w:b/>
                          <w:bCs/>
                          <w:lang w:eastAsia="zh-TW"/>
                        </w:rPr>
                        <w:t>.0</w:t>
                      </w:r>
                    </w:p>
                    <w:p w14:paraId="54C60CFF" w14:textId="77777777" w:rsidR="00E153DE" w:rsidRPr="001E389D" w:rsidRDefault="00E153DE" w:rsidP="00E153D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53DE">
        <w:rPr>
          <w:rFonts w:eastAsia="新細明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8EFA0" wp14:editId="0BC7F275">
                <wp:simplePos x="0" y="0"/>
                <wp:positionH relativeFrom="column">
                  <wp:posOffset>4713605</wp:posOffset>
                </wp:positionH>
                <wp:positionV relativeFrom="paragraph">
                  <wp:posOffset>9774555</wp:posOffset>
                </wp:positionV>
                <wp:extent cx="2421255" cy="320040"/>
                <wp:effectExtent l="0" t="0" r="19685" b="2286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85B89" w14:textId="77777777" w:rsidR="00E153DE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版本：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lang w:eastAsia="zh-TW"/>
                              </w:rPr>
                              <w:t>.0</w:t>
                            </w:r>
                          </w:p>
                          <w:p w14:paraId="361C745B" w14:textId="77777777" w:rsidR="00E153DE" w:rsidRPr="001E389D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EFA0" id="_x0000_s1031" type="#_x0000_t202" style="position:absolute;margin-left:371.15pt;margin-top:769.65pt;width:190.65pt;height:25.2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" strokecolor="white">
                <v:textbox>
                  <w:txbxContent>
                    <w:p w14:paraId="3D385B89" w14:textId="77777777" w:rsidR="00E153DE" w:rsidRDefault="00E153DE" w:rsidP="00E153D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版本：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1</w:t>
                      </w:r>
                      <w:r>
                        <w:rPr>
                          <w:rFonts w:eastAsia="標楷體"/>
                          <w:b/>
                          <w:bCs/>
                          <w:lang w:eastAsia="zh-TW"/>
                        </w:rPr>
                        <w:t>.0</w:t>
                      </w:r>
                    </w:p>
                    <w:p w14:paraId="361C745B" w14:textId="77777777" w:rsidR="00E153DE" w:rsidRPr="001E389D" w:rsidRDefault="00E153DE" w:rsidP="00E153D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53DE">
        <w:rPr>
          <w:rFonts w:eastAsia="新細明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8EFA0" wp14:editId="35211923">
                <wp:simplePos x="0" y="0"/>
                <wp:positionH relativeFrom="column">
                  <wp:posOffset>4713605</wp:posOffset>
                </wp:positionH>
                <wp:positionV relativeFrom="paragraph">
                  <wp:posOffset>9774555</wp:posOffset>
                </wp:positionV>
                <wp:extent cx="2421255" cy="320040"/>
                <wp:effectExtent l="0" t="0" r="19685" b="228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CC1F7" w14:textId="77777777" w:rsidR="00E153DE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版本：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lang w:eastAsia="zh-TW"/>
                              </w:rPr>
                              <w:t>.0</w:t>
                            </w:r>
                          </w:p>
                          <w:p w14:paraId="37D9C4FF" w14:textId="77777777" w:rsidR="00E153DE" w:rsidRPr="001E389D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EFA0" id="文字方塊 1" o:spid="_x0000_s1032" type="#_x0000_t202" style="position:absolute;margin-left:371.15pt;margin-top:769.65pt;width:190.65pt;height:25.2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" strokecolor="white">
                <v:textbox>
                  <w:txbxContent>
                    <w:p w14:paraId="0AECC1F7" w14:textId="77777777" w:rsidR="00E153DE" w:rsidRDefault="00E153DE" w:rsidP="00E153D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版本：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1</w:t>
                      </w:r>
                      <w:r>
                        <w:rPr>
                          <w:rFonts w:eastAsia="標楷體"/>
                          <w:b/>
                          <w:bCs/>
                          <w:lang w:eastAsia="zh-TW"/>
                        </w:rPr>
                        <w:t>.0</w:t>
                      </w:r>
                    </w:p>
                    <w:p w14:paraId="37D9C4FF" w14:textId="77777777" w:rsidR="00E153DE" w:rsidRPr="001E389D" w:rsidRDefault="00E153DE" w:rsidP="00E153D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53DE">
        <w:rPr>
          <w:rFonts w:eastAsia="新細明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F8EFA0" wp14:editId="63317AAD">
                <wp:simplePos x="0" y="0"/>
                <wp:positionH relativeFrom="column">
                  <wp:posOffset>4713605</wp:posOffset>
                </wp:positionH>
                <wp:positionV relativeFrom="paragraph">
                  <wp:posOffset>9774555</wp:posOffset>
                </wp:positionV>
                <wp:extent cx="2421255" cy="320040"/>
                <wp:effectExtent l="0" t="0" r="19685" b="2286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F90D6" w14:textId="77777777" w:rsidR="00E153DE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版本：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lang w:eastAsia="zh-TW"/>
                              </w:rPr>
                              <w:t>.0</w:t>
                            </w:r>
                          </w:p>
                          <w:p w14:paraId="61441511" w14:textId="77777777" w:rsidR="00E153DE" w:rsidRPr="001E389D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EFA0" id="文字方塊 4" o:spid="_x0000_s1033" type="#_x0000_t202" style="position:absolute;margin-left:371.15pt;margin-top:769.65pt;width:190.65pt;height:25.2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" strokecolor="white">
                <v:textbox>
                  <w:txbxContent>
                    <w:p w14:paraId="045F90D6" w14:textId="77777777" w:rsidR="00E153DE" w:rsidRDefault="00E153DE" w:rsidP="00E153D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版本：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1</w:t>
                      </w:r>
                      <w:r>
                        <w:rPr>
                          <w:rFonts w:eastAsia="標楷體"/>
                          <w:b/>
                          <w:bCs/>
                          <w:lang w:eastAsia="zh-TW"/>
                        </w:rPr>
                        <w:t>.0</w:t>
                      </w:r>
                    </w:p>
                    <w:p w14:paraId="61441511" w14:textId="77777777" w:rsidR="00E153DE" w:rsidRPr="001E389D" w:rsidRDefault="00E153DE" w:rsidP="00E153D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153DE" w:rsidRPr="00E153DE" w:rsidSect="00E80E48">
      <w:pgSz w:w="15840" w:h="12240" w:orient="landscape"/>
      <w:pgMar w:top="1134" w:right="851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3269" w14:textId="77777777" w:rsidR="00795AA7" w:rsidRDefault="00795AA7" w:rsidP="00AD24FE">
      <w:pPr>
        <w:spacing w:after="0" w:line="240" w:lineRule="auto"/>
      </w:pPr>
      <w:r>
        <w:separator/>
      </w:r>
    </w:p>
  </w:endnote>
  <w:endnote w:type="continuationSeparator" w:id="0">
    <w:p w14:paraId="243AC020" w14:textId="77777777" w:rsidR="00795AA7" w:rsidRDefault="00795AA7" w:rsidP="00AD2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4D501" w14:textId="77777777" w:rsidR="00795AA7" w:rsidRDefault="00795AA7" w:rsidP="00AD24FE">
      <w:pPr>
        <w:spacing w:after="0" w:line="240" w:lineRule="auto"/>
      </w:pPr>
      <w:r>
        <w:separator/>
      </w:r>
    </w:p>
  </w:footnote>
  <w:footnote w:type="continuationSeparator" w:id="0">
    <w:p w14:paraId="468E04F6" w14:textId="77777777" w:rsidR="00795AA7" w:rsidRDefault="00795AA7" w:rsidP="00AD2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3064246">
    <w:abstractNumId w:val="8"/>
  </w:num>
  <w:num w:numId="2" w16cid:durableId="982779188">
    <w:abstractNumId w:val="6"/>
  </w:num>
  <w:num w:numId="3" w16cid:durableId="1179781600">
    <w:abstractNumId w:val="5"/>
  </w:num>
  <w:num w:numId="4" w16cid:durableId="1842354903">
    <w:abstractNumId w:val="4"/>
  </w:num>
  <w:num w:numId="5" w16cid:durableId="452023262">
    <w:abstractNumId w:val="7"/>
  </w:num>
  <w:num w:numId="6" w16cid:durableId="637272225">
    <w:abstractNumId w:val="3"/>
  </w:num>
  <w:num w:numId="7" w16cid:durableId="1836022521">
    <w:abstractNumId w:val="2"/>
  </w:num>
  <w:num w:numId="8" w16cid:durableId="1253974325">
    <w:abstractNumId w:val="1"/>
  </w:num>
  <w:num w:numId="9" w16cid:durableId="1561675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64B1"/>
    <w:rsid w:val="0029639D"/>
    <w:rsid w:val="00326F90"/>
    <w:rsid w:val="00453C08"/>
    <w:rsid w:val="005F5D01"/>
    <w:rsid w:val="00795AA7"/>
    <w:rsid w:val="009C598A"/>
    <w:rsid w:val="00AA1D8D"/>
    <w:rsid w:val="00AC1429"/>
    <w:rsid w:val="00AD24FE"/>
    <w:rsid w:val="00B02802"/>
    <w:rsid w:val="00B4228B"/>
    <w:rsid w:val="00B474AA"/>
    <w:rsid w:val="00B47730"/>
    <w:rsid w:val="00BA0A5C"/>
    <w:rsid w:val="00CB0664"/>
    <w:rsid w:val="00DB3FBE"/>
    <w:rsid w:val="00E153DE"/>
    <w:rsid w:val="00E80E48"/>
    <w:rsid w:val="00EB7C3A"/>
    <w:rsid w:val="00EC0F04"/>
    <w:rsid w:val="00FB1C00"/>
    <w:rsid w:val="00FC693F"/>
    <w:rsid w:val="00FD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4747A5"/>
  <w14:defaultImageDpi w14:val="300"/>
  <w15:docId w15:val="{FB944F45-26AF-44CF-9A58-AC645F68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430</Words>
  <Characters>443</Characters>
  <Application>Microsoft Office Word</Application>
  <DocSecurity>0</DocSecurity>
  <Lines>147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郭潔綾</cp:lastModifiedBy>
  <cp:revision>4</cp:revision>
  <cp:lastPrinted>2026-04-07T08:17:00Z</cp:lastPrinted>
  <dcterms:created xsi:type="dcterms:W3CDTF">2026-04-07T08:48:00Z</dcterms:created>
  <dcterms:modified xsi:type="dcterms:W3CDTF">2026-04-08T03:53:00Z</dcterms:modified>
  <cp:category/>
</cp:coreProperties>
</file>